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ANA VIEIRA DE SOUZA MEIRELES, Brasileira, aposentada, inscrito(a) no CPF nº 272.035.142-34, portador(a) do RG nº 85.565, residente e domiciliado(a) em Rua Rafael Scardine, 6150, Riozinho,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ELSON PEREIRA DA SILVA, Brasileiro, funcionário público, inscrito(a) no CPF nº 112.605.212-49, portador(a) do RG nº 112.605.212-49, residente e domiciliado(a) em Rua Quatro Ilhas, 6670, Bairro Aponiã,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JUARÊS VIEIRA DE SOUZA MEIRELES, Brasileiro, motorista, inscrito(a) no CPF nº 485.678.922-87, portador(a) do RG nº 372736, residente e domiciliado(a) em Rua Maranhão, 2345, Morada do Sol, Espigão D'Oeste-RO.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CELINO MOREIRA DE SOUZA, Brasileiro, motorista, inscrito(a) no CPF nº 672.496.712-00, portador(a) do RG nº 36716430, residente e domiciliado(a) em Av. Fernando Guilhon, nº 264, Bairro Industrial, Trairão-PA, CEP 68.198-000.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ROSA VIEIRA DE SOUZA MEIRELES, Brasileira, do lar, inscrito(a) no CPF nº 408.118.912-91, portador(a) do RG nº 318660X, residente e domiciliado(a) em Avenida Pinheiro Machado, n.º 5946, Bairro Igarapé,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MOREIRA DE SOUZA, Brasileiro, servidor público estadual, inscrito(a) no CPF nº 681.459.002-63, residente e domiciliado(a) em Rua Fonte Nova, n.º 4761, Bairro Clodoaldo Pontes Pinto,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DIVA DE SOUZA MEIRELES, Brasileira, servidora pública, inscrito(a) no CPF nº 348.629.002-91, residente e domiciliado(a) em Rua do Clarinete, 1632, Bairro Cohab,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MANFRÊDO GUMES, Brasileiro, casado(a), agricultor, inscrito(a) no CPF nº 350.075.402-34, portador(a) do RG nº 357.438, residente e domiciliado(a) em Linha 09, s/n, Lote 03, Gleba 10,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CRISTINA LAHASS GUMES, Brasileira, agricultora, inscrito(a) no CPF nº 779.651.912-53, portador(a) do RG nº 836.737, residente e domiciliado(a) em Linha 09, s/n, Lote 03, Gleba 10,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EVILÁSIO DIAS LAGAZI, Brasileiro, agricultor, inscrito(a) no CPF nº 139.517.692-20, portador(a) do RG nº 1.399.517-69, residente e domiciliado(a) em Av. União Tangentes, 935 / Casa 02 - Industrial,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SEBASTIÃO BARBOSA DOS SANTOS, Brasileiro, lavrador, inscrito(a) no CPF nº 048.123.441-15, portador(a) do RG nº 3041398-2, residente e domiciliado(a) em Mt 170 Km 150, Guariba, Distrito,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NEUZA MARIA DA SILVA, Brasileira, lavradora, inscrito(a) no CPF nº 409.174.102-97, portador(a) do RG nº 2317706-3, residente e domiciliado(a) em Mt 170 Km 150, Guariba, Distrito,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BENTO DEMETRIO, Brasileiro, aposentado, inscrito(a) no CPF nº 051.789.752-00, portador(a) do RG nº 27707628, residente e domiciliado(a) em Rua Florentino Xavier de Trindade, nº 305, Setor G, Alta Floresta-MT.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ARRESTO CELINO MOREIRA,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03, GLEBA 09, Setor GY-PARANÁ, Município de Cacoal/RO, código INCRA/SNCR nº 95003328620-60, matrícula nº 5.398,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ANA VIEIRA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ELSON PEREIRA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JUARÊS VIEIRA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CELINO MOREIRA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ROSA VIEIRA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MOREIRA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DIVA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MANFRÊDO GUMES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CRISTINA LAHASS GUMES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EVILÁSIO DIAS LAGAZI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SEBASTIÃO BARBOSA DOS SANTOS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NEUZA MARIA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BENTO DEMETRIO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ARRESTO CELINO MOREIRA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