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ANA VIEIRA DE SOUZA MEIRELES, inscrita no CPF sob o nº 272.035.142-34, residente em Cacoal/RO, interessada no processo de regularização ambiental referente ao imóvel "LOTE 03, GLEBA 09",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ANA VIEIRA DE SOUZA MEIRELES</w:t>
        <w:br/>
        <w:t xml:space="preserve">    CPF:            272.035.142-34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