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ANA VIEIRA DE SOUZA MEIRELES, brasileira, inscrita no CPF sob o nº 272.035.142-34, residente e domiciliada em Cacoal/RO, vem, respeitosamente, à presença de Vossas Senhorias, solicitar a ANÁLISE E APROVAÇÃO do Cadastro Ambiental Rural — CAR referente ao imóvel rural denominado "LOTE 03, GLEBA 09", com área de 96.8369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ANA VIEIRA DE SOUZA MEIRELES</w:t>
      </w:r>
    </w:p>
    <w:p>
      <w:r>
        <w:t>CPF: 272.035.142-34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