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both"/>
      </w:pPr>
      <w:r>
        <w:rPr>
          <w:b/>
          <w:sz w:val="24"/>
        </w:rPr>
        <w:t>À ILUSTRÍSSIMA SENHORA, Analista (INCRA SR/RO)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Ref: CANCELAMENTO DE PARCELA INDEVIDA — TERRA LEGAL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ANÍSIO GUABIRABA BOMFIM</w:t>
      </w:r>
      <w:r>
        <w:rPr>
          <w:b w:val="0"/>
          <w:sz w:val="24"/>
        </w:rPr>
        <w:t xml:space="preserve">, brasileiro, agricultor, inscrito(a) no CPF/MF nº 078.901.682-68, filho(a) de Josefino Guabiraba Bomfim e Maria Ana de Jesus, casado(a) na vigência da Lei nº 6.515/77, com </w:t>
      </w:r>
      <w:r>
        <w:rPr>
          <w:b/>
          <w:sz w:val="24"/>
        </w:rPr>
        <w:t>OSVALDINA MARIA PEREIRA BOMFIM (FALECIDA EM 20 DE OUTUBRO DE 1985)</w:t>
      </w:r>
      <w:r>
        <w:rPr>
          <w:b w:val="0"/>
          <w:sz w:val="24"/>
        </w:rPr>
        <w:t>, residente e domiciliado(a) na Município de Novo Horizonte do Oeste/RO,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o </w:t>
      </w:r>
      <w:r>
        <w:rPr>
          <w:b/>
          <w:sz w:val="24"/>
        </w:rPr>
        <w:t>CANCELAMENTO DE PARCELA INDEVIDA</w:t>
      </w:r>
      <w:r>
        <w:rPr>
          <w:b w:val="0"/>
          <w:sz w:val="24"/>
        </w:rPr>
        <w:t xml:space="preserve"> no SIGEF, conforme exposto a seguir: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1º) DO IMÓVEL LANÇADO INDEVIDAMENTE NO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rural denominado </w:t>
      </w:r>
      <w:r>
        <w:rPr>
          <w:b/>
          <w:sz w:val="24"/>
        </w:rPr>
        <w:t>LOTE 155, GLEBA 03, S.T. LACERDA E ALMEIDA, P.I.C. GUAJARÁ MIRIM</w:t>
      </w:r>
      <w:r>
        <w:rPr>
          <w:b w:val="0"/>
          <w:sz w:val="24"/>
        </w:rPr>
        <w:t xml:space="preserve">, cadastrado no INCRA sob o Código n°. </w:t>
      </w:r>
      <w:r>
        <w:rPr>
          <w:b/>
          <w:sz w:val="24"/>
        </w:rPr>
        <w:t>[CÓDIGO INCRA]</w:t>
      </w:r>
      <w:r>
        <w:rPr>
          <w:b w:val="0"/>
          <w:sz w:val="24"/>
        </w:rPr>
        <w:t xml:space="preserve">, certificado pelo SIGEF sob o código </w:t>
      </w:r>
      <w:r>
        <w:rPr>
          <w:b/>
          <w:sz w:val="24"/>
        </w:rPr>
        <w:t>[SIGEF]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50,1029 ha (cinquenta hectares, dez ares e vinte e nove centiares)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Nova Brasilandia d'Oeste/RO</w:t>
      </w:r>
      <w:r>
        <w:rPr>
          <w:b w:val="0"/>
          <w:sz w:val="24"/>
        </w:rPr>
        <w:t>, foi lançado indevidamente no sistema Terra Legal, apresentando sobreposição com imóvel regularmente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2º) DO IMÓVEL REGISTRADO NO CARTÓRIO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referido imóvel encontra-se devidamente registrado no </w:t>
      </w:r>
      <w:r>
        <w:rPr>
          <w:b/>
          <w:sz w:val="24"/>
        </w:rPr>
        <w:t>Ofício de Registro de Imóveis de Nova Brasilândia do Oeste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9.219</w:t>
      </w:r>
      <w:r>
        <w:rPr>
          <w:b w:val="0"/>
          <w:sz w:val="24"/>
        </w:rPr>
        <w:t>, sendo de propriedade legítima dos requerentes, conforme documentação comprobatória em anexo.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3º) DOS DADOS DO REGISTRO ANTERIOR</w:t>
      </w:r>
    </w:p>
    <w:p>
      <w:pPr>
        <w:spacing w:after="40" w:before="0"/>
        <w:jc w:val="both"/>
      </w:pPr>
      <w:r>
        <w:rPr>
          <w:b w:val="0"/>
          <w:sz w:val="24"/>
        </w:rPr>
        <w:t>O imóvel possui registro anterior ao lançamento no Terra Legal, comprovando que a sobreposição é indevida e decorre de erro administrativo no cadastramento do referido programa governamental.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4º) DA JUSTIFICATIVA PRÉ-ESTABELECIDA (Ofício Circular nº 814/2026/DF/SEDE/INCRA)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Nos termos do Ofício Circular nº 814/2026/DF/SEDE/INCRA (Processo SEI nº 54000.080781/2026-84), que disciplina as evoluções nos requerimentos de CANCELAMENTO no Sistema de Gestão Fundiária — SIGEF, o presente requerimento enquadra-se na Justificativa Pré-estabelecida </w:t>
      </w:r>
      <w:r>
        <w:rPr>
          <w:b/>
          <w:sz w:val="24"/>
        </w:rPr>
        <w:t>"Parcelas Públicas ou de Regularização Fundiária"</w:t>
      </w:r>
      <w:r>
        <w:rPr>
          <w:b w:val="0"/>
          <w:sz w:val="24"/>
        </w:rPr>
        <w:t>, por se tratar de parcela oriunda de programa de regularização fundiária (Terra Legal).</w:t>
      </w:r>
    </w:p>
    <w:p>
      <w:pPr>
        <w:spacing w:after="40" w:before="0"/>
        <w:jc w:val="both"/>
      </w:pPr>
      <w:r>
        <w:rPr>
          <w:b w:val="0"/>
          <w:sz w:val="24"/>
        </w:rPr>
        <w:t>Em atendimento à documentação exigida para a referida justificativa, instruem o presente requerimento os seguintes documentos:</w:t>
      </w:r>
    </w:p>
    <w:p>
      <w:pPr>
        <w:spacing w:after="40" w:before="0"/>
        <w:jc w:val="both"/>
      </w:pPr>
      <w:r>
        <w:rPr>
          <w:b w:val="0"/>
          <w:sz w:val="24"/>
        </w:rPr>
        <w:t>a) Requerimento de cancelamento assinado pelo(s) detentor(es) da parcela;</w:t>
      </w:r>
    </w:p>
    <w:p>
      <w:pPr>
        <w:spacing w:after="40" w:before="0"/>
        <w:jc w:val="both"/>
      </w:pPr>
      <w:r>
        <w:rPr>
          <w:b w:val="0"/>
          <w:sz w:val="24"/>
        </w:rPr>
        <w:t>b) Documento de responsabilidade técnica do serviço (ART);</w:t>
      </w:r>
    </w:p>
    <w:p>
      <w:pPr>
        <w:spacing w:after="40" w:before="0"/>
        <w:jc w:val="both"/>
      </w:pPr>
      <w:r>
        <w:rPr>
          <w:b w:val="0"/>
          <w:sz w:val="24"/>
        </w:rPr>
        <w:t>c) Arquivos do levantamento e obtenção das coordenadas (rastreio GNSS);</w:t>
      </w:r>
    </w:p>
    <w:p>
      <w:pPr>
        <w:spacing w:after="40" w:before="0"/>
        <w:jc w:val="both"/>
      </w:pPr>
      <w:r>
        <w:rPr>
          <w:b w:val="0"/>
          <w:sz w:val="24"/>
        </w:rPr>
        <w:t>d) Planilha ODS;</w:t>
      </w:r>
    </w:p>
    <w:p>
      <w:pPr>
        <w:spacing w:after="40" w:before="0"/>
        <w:jc w:val="both"/>
      </w:pPr>
      <w:r>
        <w:rPr>
          <w:b w:val="0"/>
          <w:sz w:val="24"/>
        </w:rPr>
        <w:t>e) Certidão de inteiro teor da matrícula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5º) DA CONCLUSÃO E PEDIDO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requerem o cancelamento da parcela lançada indevidamente no SIGEF sob o código </w:t>
      </w:r>
      <w:r>
        <w:rPr>
          <w:b/>
          <w:sz w:val="24"/>
        </w:rPr>
        <w:t>[SIGEF]</w:t>
      </w:r>
      <w:r>
        <w:rPr>
          <w:b w:val="0"/>
          <w:sz w:val="24"/>
        </w:rPr>
        <w:t>, para regularização da situação cadastral do imóvel junto ao INCRA, com base na documentação cartorial apresentada.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 memorial descritivo foi elaborado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ART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Os requerentes e o responsável técnico declaram ciência de que, após o protocolo com a Planilha ODS associada, o requerimento permanecerá com status "EM VERIFICAÇÃO", devendo ser conferido e protocolado no prazo de 24 (vinte e quatro) horas, sob pena de indeferimento automático pelo SIGEF, conforme item 2.4 do Ofício Circular nº 814/2026/DF/SEDE/INCRA.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pedimos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Nova Brasilandia d'Oeste - RO, Cacoal/RO, 21 de julho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[REQUERENTE]</w:t>
      </w:r>
    </w:p>
    <w:p>
      <w:pPr>
        <w:spacing w:after="0" w:before="0"/>
        <w:jc w:val="center"/>
      </w:pPr>
      <w:r>
        <w:rPr>
          <w:b w:val="0"/>
          <w:sz w:val="24"/>
        </w:rPr>
        <w:t>CPF: 078.901.682-68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/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