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MARIZA DA SILVA DOS SANTOS, brasileiro(a), inscrito(a) no CPF nº 527.910.172-91.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73, Gleba 10, S.T. IPOCYSSARA, P.I.C.,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MARIZA DA SILVA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