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MARIZA DA SILVA DOS SANTOS, brasileira, inscrita no CPF sob o nº 527.910.172-91, residente e domiciliada em Cacoal/RO, vem, respeitosamente, à presença de Vossas Senhorias, solicitar a ANÁLISE E APROVAÇÃO do Cadastro Ambiental Rural — CAR referente ao imóvel rural denominado "Lote 73, Gleba 10, S.T. IPOCYSSARA, P.I.C.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MARIZA DA SILVA DOS SANTOS</w:t>
      </w:r>
    </w:p>
    <w:p>
      <w:r>
        <w:t>CPF: 527.910.172-91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