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SETOR IPOCYSSARA, PROJETO FUNDIÁRIO CORUMBIARA, Município de Cacoal/RO, código INCRA/SNCR nº 001.040.045.152-0, matrícula nº 39.902,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