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LENIR MARIA DE JESUS, brasileira, do lar, inscrito(a) no CPF nº 085.060.602-06, portador(a) do RG nº 108.716-SESDC-RO, residente e domiciliado(a) em Rua Dorvy Gomes de Freitas, 4.253, Bairro Josino Brito,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22-A-1, GLEBA 06, SETOR IPOCYSSARA, PROJETO FUNDIÁRIO CORUMBIARA, Município de Cacoal/RO, código INCRA/SNCR nº 001.040.045.152-0, matrícula nº 39.902,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LENIR MARIA DE JESUS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