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LENIR MARIA DE JESUS, brasileiro, inscrito no CPF sob o nº 085.060.602-06, residente e domiciliado em Cacoal/RO, vem, respeitosamente, à presença de Vossas Senhorias, solicitar a ANÁLISE E APROVAÇÃO do Cadastro Ambiental Rural — CAR referente ao imóvel rural denominado " LOTE 22-A-1, GLEBA 06, SETOR IPOCYSSARA, PROJETO FUNDIÁRIO CORUMBIARA", com área de 26.6621 hectares, localizado no município de Cacoal/RO CCIR nº 03240189164,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LENIR MARIA DE JESUS</w:t>
      </w:r>
    </w:p>
    <w:p>
      <w:r>
        <w:t>CPF: 085.060.602-06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