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 OLIVEIRA DA SILVA, inscrito no CPF sob o nº 150.921.722-00, proprietário do imóvel rural denominado "LOTE 22-A-1, GLEBA 06, S.T. IPOCYSSARA",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ROBERTO OLIVEIRA DA SILVA</w:t>
      </w:r>
    </w:p>
    <w:p>
      <w:r>
        <w:t>CPF: 150.921.722-00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