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LENIR MARIA DE JESUS, inscrito no CPF sob o nº 085.060.602-06, titular do imóvel rural " LOTE 22-A-1, GLEBA 06,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LENIR MARIA DE JESUS</w:t>
      </w:r>
    </w:p>
    <w:p>
      <w:r>
        <w:t>CPF: 085.060.602-06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