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(Remanescente), GLEBA 06, SETOR IPOCYSSARA, PROJETO COLUMBIARIA, Município de Cacoal/RO, código INCRA/SNCR nº 0010400451520, matrícula nº 11193,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