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CASCOL,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22-B (REM.), GLEBA 06,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11.193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10,4664 ha (dez hectares, quarenta e seis ares e sessenta e quatro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Cascol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10,4624 ha (dez hectares, quarenta e seis ares e vinte e quatro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3fcd8210-0cc7-42cd-b844-6d7b5a52ff1f</w:t>
      </w:r>
      <w:r>
        <w:rPr>
          <w:b w:val="0"/>
          <w:sz w:val="24"/>
        </w:rPr>
        <w:t xml:space="preserve"> (Código do Imóvel Rural nº 001.040.045.152-0), para tal trabalho fora recolhida a Anotação de Responsabilidade Técnica (ART) nº </w:t>
      </w:r>
      <w:r>
        <w:rPr>
          <w:b/>
          <w:sz w:val="24"/>
        </w:rPr>
        <w:t>2320268500434381-RO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24 da gleba 06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19 da gleba 07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22-A da gleba 06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23 da gleba 06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24 (Rem.), Gleba 06, Setor Ipocyssara — Mat. 46.554 (CNS: 09.624-8)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22-B-1, da Gleba 06, Setor Ipocyssara — Mat. 40.194 (CNS: 09.624-8)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22-A-1, da Gleba 06, Setor Ipocyssara — Mat. 39.902 (CNS: 09.624-8)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Estrada Vicinal Linha-6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24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24 (Rem.), Gleba 06, Setor Ipocyssara — Mat. 46.554 (CNS: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19 da gleba 07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22-B-1, da Gleba 06, Setor Ipocyssara — Mat. 40.194 (CNS: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22-A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22-A-1, da Gleba 06, Setor Ipocyssara — Mat. 39.902 (CNS: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23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Estrada Vicinal Linha-6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0,004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0,04%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23 de setembro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