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 OLIVEIRA DA SILVA, brasileiro, solteiro(a), eletricista, inscrito(a) no CPF nº 190.971.920-00, portador(a) do RG nº 231.691-SESDEC-RO, residente e domiciliado(a) em Avenida Tiradentes, 397, Bairro Novo Cacoal, Cascol.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22-B (REM.), GLEBA 06, SETOR IPOCYSSARA, PROJETO FUNDIÁRIO CORUMBIARA, Setor Ipoxyassaba, Município de Cacoal/RO, código INCRA/SNCR nº 001.040.045.152-0, matrícula nº 11.193,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 OLIVEIRA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