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(REM.), GLEBA 06, SETOR IPOCYSSARA, PROJETO FUNDIÁRIO CORUMBIARA, Setor Ipoxyassaba, Município de Cacoal/RO, código INCRA/SNCR nº 001.040.045.152-0, matrícula nº 11.193,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