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JANDIRA PETERD HENCIKE, brasileiro(a), viuvo(a), lavradora, inscrito(a) no CPF nº 615.445.662-04, portador(a) do RG nº 607.093-SSP-RO, residente e domiciliado(a) em Linha 06, Lote 34, Gleba 06,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76-A, GLEBA 10, CASTRO ALVES, SETOR IPOCYSSARA, PROJETO FUNDIÁRIO CORUMBIARA, Município de Cacoal/RO, código INCRA/SNCR nº 95019013607-76, matrícula nº 31.156,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JANDIRA PETERD HENCIKE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