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JANDIRA PETERD HENCIKE, inscrita no CPF sob o nº 615.445.662-04, residente em Cacoal/RO, interessada no processo de regularização ambiental referente ao imóvel "LOTE 76-A,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JANDIRA PETERD HENCIKE</w:t>
        <w:br/>
        <w:t xml:space="preserve">    CPF:            615.445.662-04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