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JANDIRA PETERD HENCIKE, inscrita no CPF sob o nº 615.445.662-04, titular do imóvel rural "LOTE 76-A, GLEBA 10,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JANDIRA PETERD HENCIKE</w:t>
      </w:r>
    </w:p>
    <w:p>
      <w:r>
        <w:t>CPF: 615.445.662-04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