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(REM.), GLEBA 09, S.T. CASTRO ALVES, P.F. CORUMBIARA, Setor Ipocyssara, Município de Cacoal/RO, código INCRA/SNCR nº 00104002634-48, matrícula nº 43.723,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