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03-C(REM.), GLEBA 09, CASTRO ALVES, SETOR IPOCYSSARA, PROJETO FUNDIÁRIO CORUMBIARA, Município de Cacoal/RO, matrícula nº 20.006,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