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OTAVIANO DE JESUS RODRIGUES, brasileiro, lavrador, inscrito(a) no CPF nº 081.198.055-34, portador(a) do RG nº 112.832-SSP-RO, residente e domiciliado(a) em Linha 08, Lote 27, Gleba 08, Projeto Novo,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03-C(REM.), GLEBA 09, CASTRO ALVES, SETOR IPOCYSSARA, PROJETO FUNDIÁRIO CORUMBIARA, Município de Cacoal/RO, matrícula nº 20.006, de propriedade/posse do(s) OUTORGANTE(S).</w:t>
      </w:r>
    </w:p>
    <w:p/>
    <w:p>
      <w:pPr>
        <w:jc w:val="right"/>
      </w:pPr>
      <w:r>
        <w:t>Cacoal/RO, 20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OTAVIANO DE JESUS RODRIGUES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