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OTAVIANO DE JESUS RODRIGUES, inscrito no CPF sob o nº 081.198.055-34, titular do imóvel rural "03-C(REM.), GLEBA 09,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