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"03-C(REM.), GLEBA 09, CASTRO ALVES, SETOR IPOCYSSARA, PROJETO FUNDIÁRIO CORUMBIARA", com área de 62.5397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