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ANTONIO VILAS BOAS, inscrito no CPF sob o nº 03537646520, residente em Cacoal/RO, interessado no processo de regularização ambiental referente ao imóvel "LOTE 22, GLEBA 08,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ANTONIO VILAS BOAS</w:t>
        <w:br/>
        <w:t xml:space="preserve">    CPF:            03537646520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