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NEIDE HIDALGO RAMOS</w:t>
      </w:r>
      <w:r>
        <w:rPr>
          <w:b w:val="0"/>
          <w:sz w:val="24"/>
        </w:rPr>
        <w:t>, brasileira, viúva, comerciante, portadora do CI.RG nº 112.778-SSP-RO, inscrita no CPF/MF nº 283.684.802-63, filha de Juvenal Pereira Araújo e Aurélia Hidalgo Araújo, que declara, sob as penas da Lei, não ter convivência pública em união estável, nos termos do art. 1.723 e seguintes do Código Civil Brasileiro, residente e domiciliada na Avenida Tancredo Neves, 1.150, Novo Horizonte,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ERISYALDO HIDALGO RAMOS</w:t>
      </w:r>
      <w:r>
        <w:rPr>
          <w:b w:val="0"/>
          <w:sz w:val="24"/>
        </w:rPr>
        <w:t>, brasileiro, solteiro, maior e capaz, pensionista, portador do CI.RG nº 574.039-SSP-RO, inscrito no CPF/MF nº 735.915.052-34, filho de Vicente Fernandes Ramos e Neide Hidalgo Ramos, que declara, sob as penas da Lei, não ter convivência pública em união estável, nos termos do art. 1.723 e seguintes do Código Civil Brasileiro, residente e domiciliado na Avenida Paraná, 135, Novo Horizonte,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NORRI HIDALGO RAMOS</w:t>
      </w:r>
      <w:r>
        <w:rPr>
          <w:b w:val="0"/>
          <w:sz w:val="24"/>
        </w:rPr>
        <w:t>, brasileira, divorciada, gerente administrativa, portador do CI.RG nº 782.163-SESP-RO, inscrito no CPF/MF nº 732.536.502-00, filho de Vicente Fernandes Ramos e Neide Hidalgo Ramos, que declara, sob as penas da Lei, não ter convivência pública em união estável, nos termos do art. 1.723 e seguintes do Código Civil Brasileiro, residente e domiciliado na Rua Diamantes, Bom Futuro, Ariquemes,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JUVENAL PEREIRA DE ARAÚJO</w:t>
      </w:r>
      <w:r>
        <w:rPr>
          <w:b w:val="0"/>
          <w:sz w:val="24"/>
        </w:rPr>
        <w:t xml:space="preserve">, brasileiro, casado no regime de Comunhão Parcial de Bens, na vigência do Código Civil de 2002, aposentado, portador do CI.RG nº 35.887/665-ASSP, inscrito no CPF/MF nº 089.685.353-53, filho de __________ e __________, casado pelo regime de Comunhão Parcial de Bens na vigência da Código Civil de 2002, com </w:t>
      </w:r>
      <w:r>
        <w:rPr>
          <w:b/>
          <w:sz w:val="24"/>
        </w:rPr>
        <w:t>AURÉLIA HIDALGO DE ARAÚJO</w:t>
      </w:r>
      <w:r>
        <w:rPr>
          <w:b w:val="0"/>
          <w:sz w:val="24"/>
        </w:rPr>
        <w:t>, portadora do CI.RG nº __________, inscrita no CPF/MF nº 561.706.702-82, filha de __________ e __________, residente e domiciliado na Linha 71, Lote 06, Gleba 11,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NIZETE HIDALGO DE ARAÚJO OLIVEIRA</w:t>
      </w:r>
      <w:r>
        <w:rPr>
          <w:b w:val="0"/>
          <w:sz w:val="24"/>
        </w:rPr>
        <w:t xml:space="preserve">, brasileira, casada no regime de Comunhão Parcial de Bens, na vigência do Código Civil de 2002, funcionária pública, portadora do CI.RG nº 388.178-SESP-RO, inscrita no CPF/MF nº 341.148.402-06, filha de Juvenal Pereira de Araújo e Aurélia Hidalgo de Araújo, casada pelo regime de Comunhão Parcial de Bens na vigência da Código Civil de 2002, com </w:t>
      </w:r>
      <w:r>
        <w:rPr>
          <w:b/>
          <w:sz w:val="24"/>
        </w:rPr>
        <w:t>CLÉSIO BARBOSA DE OLIVEIRA</w:t>
      </w:r>
      <w:r>
        <w:rPr>
          <w:b w:val="0"/>
          <w:sz w:val="24"/>
        </w:rPr>
        <w:t>, portador do CI.RG nº __________, inscrito no CPF/MF nº 294.092.682-49, filho de __________ e __________, residente e domiciliada na Rua Rio Branco, 3.674, Bairro Florestal,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NIVALDO PEREIRA DE ARAÚJO</w:t>
      </w:r>
      <w:r>
        <w:rPr>
          <w:b w:val="0"/>
          <w:sz w:val="24"/>
        </w:rPr>
        <w:t>, brasileiro, separado judicialmente, agricultor, portador do CI.RG nº 198.542-SESDC-RO, inscrito no CPF/MF nº 204.572.272-42, filho de Juvenal Pereira de Araújo e Aurélia Hidalgo de Araújo, que declara, sob as penas da Lei, não ter convivência pública em união estável, nos termos do art. 1.723 e seguintes do Código Civil Brasileiro, residente e domiciliado na Linha 11, Lote 06, Gleba 11,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NUCELY HIDALGO</w:t>
      </w:r>
      <w:r>
        <w:rPr>
          <w:b w:val="0"/>
          <w:sz w:val="24"/>
        </w:rPr>
        <w:t>, brasileira, divorciada, técnica em enfermagem, portador do CI.RG nº 205.286-SSP-RO, inscrito no CPF/MF nº 340.564.242-68, filho de Juvenal Pereira de Araújo e Aurélia Hidalgo de Araújo, que declara, sob as penas da Lei, não ter convivência pública em união estável, nos termos do art. 1.723 e seguintes do Código Civil Brasileiro, residente e domiciliado na Avenida Joseelma Kibitsuki, 1.144, Bairro Novo Horizonte,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NILDO PEREIRA DE ARAÚJO</w:t>
      </w:r>
      <w:r>
        <w:rPr>
          <w:b w:val="0"/>
          <w:sz w:val="24"/>
        </w:rPr>
        <w:t xml:space="preserve">, brasileiro, casado no regime de Comunhão Parcial de Bens, na vigência do Código Civil de 2002, agricultor, portador do CI.RG nº 325.106-SESP-RO, inscrito no CPF/MF nº 421.038.512-34, filho de Juvenal Pereira de Araújo e Aurélia Hidalgo de Araújo, casado pelo regime de Comunhão Parcial de Bens na vigência da Código Civil de 2002, com </w:t>
      </w:r>
      <w:r>
        <w:rPr>
          <w:b/>
          <w:sz w:val="24"/>
        </w:rPr>
        <w:t>MARIA VERÔNICA FRASSON ARAÚJO</w:t>
      </w:r>
      <w:r>
        <w:rPr>
          <w:b w:val="0"/>
          <w:sz w:val="24"/>
        </w:rPr>
        <w:t>, portadora do CI.RG nº __________, inscrita no CPF/MF nº 631.667.632-87, filha de __________ e __________, residente e domiciliado na Linha 11, Lote 06, Gleba 11,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NEIBI KELLY DE CARVALHO ARAÚJO SANTANA</w:t>
      </w:r>
      <w:r>
        <w:rPr>
          <w:b w:val="0"/>
          <w:sz w:val="24"/>
        </w:rPr>
        <w:t xml:space="preserve">, brasileira, casada no regime de Comunhão Parcial de Bens, na vigência do Código Civil de 2002, do lar, portador do CI.RG nº 1.000.366-SSDC-RO, inscrito no CPF/MF nº 822.080.642-04, filho de Nivaldo Pereira de Araújo e Verginia Dias de Carvalho Araújo, casado pelo regime de Comunhão Parcial de Bens na vigência da Código Civil de 2002, com </w:t>
      </w:r>
      <w:r>
        <w:rPr>
          <w:b/>
          <w:sz w:val="24"/>
        </w:rPr>
        <w:t>SIDNEI SANTANA DOS SANTOS</w:t>
      </w:r>
      <w:r>
        <w:rPr>
          <w:b w:val="0"/>
          <w:sz w:val="24"/>
        </w:rPr>
        <w:t>, portador do CI.RG nº __________, inscrito no CPF/MF nº 686.685.702-34, filho de __________ e __________, residente e domiciliado na Rua dos Pioneiros, 3.725, Floresta,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MAXWELL FERNANDO DE CARVALHO ARAÚJO</w:t>
      </w:r>
      <w:r>
        <w:rPr>
          <w:b w:val="0"/>
          <w:sz w:val="24"/>
        </w:rPr>
        <w:t xml:space="preserve">, brasileiro, casado no regime de Comunhão Parcial de Bens, na vigência do Código Civil de 2002, policial militar, portador do CI.RG nº 1.063.159-SSDC-RO, inscrito no CPF/MF nº 003.275.432-99, filho de Silvério Pereira de Araújo e Verginia Dias da Carvalho, casado pelo regime de Comunhão Parcial de Bens na vigência da Código Civil de 2002, com </w:t>
      </w:r>
      <w:r>
        <w:rPr>
          <w:b/>
          <w:sz w:val="24"/>
        </w:rPr>
        <w:t>ROSAVAL MILLER DE PAULA</w:t>
      </w:r>
      <w:r>
        <w:rPr>
          <w:b w:val="0"/>
          <w:sz w:val="24"/>
        </w:rPr>
        <w:t>, portador do CI.RG nº __________, inscrito no CPF/MF nº 839.134.162-34, filho de __________ e __________, residente e domiciliado na Avenida das Comunicações, 3.930, Codomílio Villa Flora, Cacaol, 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resultante de desmembramento,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06,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1.789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Cacaol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102,9224 ha (cento e dois hectares, noventa e dois ares e vinte e quatro centiares)</w:t>
      </w:r>
      <w:r>
        <w:rPr>
          <w:b w:val="0"/>
          <w:sz w:val="24"/>
        </w:rPr>
        <w:t xml:space="preserve">, desta serventia da comarca de CACOAL, cadastrado no INCRA sob o Código nº </w:t>
      </w:r>
      <w:r>
        <w:rPr>
          <w:b/>
          <w:sz w:val="24"/>
        </w:rPr>
        <w:t>[CÓDIGO INCRA]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visa à averbação das áreas georreferenciadas resultantes do desmembramento do imóvel originário, que foram levantadas e descritas em conformidade com as normas técnicas do INCRA, sob a responsabilidade técnica do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As parcelas resultantes são descritas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01</w:t>
      </w:r>
    </w:p>
    <w:p>
      <w:pPr>
        <w:spacing w:after="40" w:before="0"/>
        <w:jc w:val="both"/>
      </w:pPr>
      <w:r>
        <w:rPr>
          <w:b w:val="0"/>
          <w:sz w:val="24"/>
        </w:rPr>
        <w:t>Denominação: [DENOMINAÇÃO DA PARCELA 01]</w:t>
      </w:r>
    </w:p>
    <w:p>
      <w:pPr>
        <w:spacing w:after="40" w:before="0"/>
        <w:jc w:val="both"/>
      </w:pPr>
      <w:r>
        <w:rPr>
          <w:b w:val="0"/>
          <w:sz w:val="24"/>
        </w:rPr>
        <w:t>Área Georreferenciada: [ÁREA] ha ([EXTENSO])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>Certificação SIGEF — Código: [CÓDIGO SIGEF]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Do Desmembramento e da Dispensa de Certificação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trata do georreferenciamento de parcela destacada de imóvel com área maior, cujo procedimento encontra amparo no </w:t>
      </w:r>
      <w:r>
        <w:rPr>
          <w:b/>
          <w:sz w:val="24"/>
        </w:rPr>
        <w:t>Art. 440-AX, § 5º, do Provimento nº 195/2025 da Corregedoria Nacional de Justiça (CNJ)</w:t>
      </w:r>
      <w:r>
        <w:rPr>
          <w:b w:val="0"/>
          <w:sz w:val="24"/>
        </w:rPr>
        <w:t>. O referido dispositivo legal dispensa a necessidade de certificação das parcelas resultantes do desmembramento pelo INCRA, quando o imóvel originário já se encontra certificado e as parcelas atendam aos requisitos técnicos estabelecidos.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 imóvel originário e as parcelas resultantes do desmembramento: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DENOMINAÇÃO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SITUAÇÃO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(ha)</w:t>
            </w:r>
          </w:p>
        </w:tc>
      </w:tr>
      <w:tr>
        <w:tc>
          <w:tcPr>
            <w:tcW w:type="dxa" w:w="3024"/>
          </w:tcPr>
          <w:p>
            <w:r>
              <w:t>LOTE 06, GLEBA 11, S.T. GY-PARANÁ, P.I.C. GY-PARANÁ</w:t>
            </w:r>
          </w:p>
        </w:tc>
        <w:tc>
          <w:tcPr>
            <w:tcW w:type="dxa" w:w="3024"/>
          </w:tcPr>
          <w:p>
            <w:r>
              <w:t>Imóvel Originário</w:t>
            </w:r>
          </w:p>
        </w:tc>
        <w:tc>
          <w:tcPr>
            <w:tcW w:type="dxa" w:w="3024"/>
          </w:tcPr>
          <w:p>
            <w:r>
              <w:t>102,9224</w:t>
            </w:r>
          </w:p>
        </w:tc>
      </w:tr>
      <w:tr>
        <w:tc>
          <w:tcPr>
            <w:tcW w:type="dxa" w:w="3024"/>
          </w:tcPr>
          <w:p>
            <w:r>
              <w:t>[PARCELA 1]</w:t>
            </w:r>
          </w:p>
        </w:tc>
        <w:tc>
          <w:tcPr>
            <w:tcW w:type="dxa" w:w="3024"/>
          </w:tcPr>
          <w:p>
            <w:r>
              <w:t>Parcela Resultante</w:t>
            </w:r>
          </w:p>
        </w:tc>
        <w:tc>
          <w:tcPr>
            <w:tcW w:type="dxa" w:w="3024"/>
          </w:tcPr>
          <w:p>
            <w:r>
              <w:t>[ÁREA]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Com base na área total georreferenciada de </w:t>
      </w:r>
      <w:r>
        <w:rPr>
          <w:b/>
          <w:sz w:val="24"/>
        </w:rPr>
        <w:t>102,9224 ha (cento e dois hectares, noventa e dois ares e vinte e quatro centiares)</w:t>
      </w:r>
      <w:r>
        <w:rPr>
          <w:b w:val="0"/>
          <w:sz w:val="24"/>
        </w:rPr>
        <w:t xml:space="preserve">, sendo avaliado conforme tabela de regulamentação de preços fornecida pelo INCRA, definida a tipologia como: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R$ 800.327,67 (oitocentos mil e trezentos e vinte e sete reais e sessenta e sete centavos), sendo estabelecido o valor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 por hectare, conforme Tabela de Referência INCRA (RAMT/RO 2024/2025) — média, 3º Nível Categórico — VTN/ha.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R$ 1.010.840,00 (um milhão e dez mil e oitocentos e quarenta reais), sendo estabelecido o valor de </w:t>
      </w:r>
      <w:r>
        <w:rPr>
          <w:b/>
          <w:sz w:val="24"/>
        </w:rPr>
        <w:t>R$ 9.821,38</w:t>
      </w:r>
      <w:r>
        <w:rPr>
          <w:b w:val="0"/>
          <w:sz w:val="24"/>
        </w:rPr>
        <w:t xml:space="preserve"> por hectare, conforme Tabela de Referência INCRA (RAMT/RO 2024/2025) — média, 3º Nível Categórico — VTI/ha.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102,9224 ha (cento e dois hectares, noventa e dois ares e vinte e quatro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TOTAL] ha (cento e dois hectares, noventa e dois ares e vinte e quatro centiares)</w:t>
      </w:r>
      <w:r>
        <w:rPr>
          <w:b w:val="0"/>
          <w:sz w:val="24"/>
        </w:rPr>
        <w:t>, conforme memorial descritivo, planta e documentação técnica em anexo.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Cacaol/RO, 14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NEIDE HIDALGO RAMOS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ERISYALDO HIDALGO RAMOS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NORRI HIDALGO RAMOS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JUVENAL PEREIRA DE ARAÚJO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AURÉLIA HIDALGO DE ARAÚJO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NIZETE HIDALGO DE ARAÚJO OLIVEIRA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CLÉSIO BARBOSA DE OLIVEIRA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NIVALDO PEREIRA DE ARAÚJO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NUCELY HIDALGO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NILDO PEREIRA DE ARAÚJO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VERÔNICA FRASSON ARAÚJO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NEIBI KELLY DE CARVALHO ARAÚJO SANTANA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SIDNEI SANTANA DOS SANTOS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MAXWELL FERNANDO DE CARVALHO ARAÚJO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ROSAVAL MILLER DE PAULA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