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NIZETE HIDALGO DE ARAÚJO OLIVEIRA, brasileira, casado(a), funcionária pública, inscrito(a) no CPF nº 341.148.402-06, portador(a) do RG nº 388.178-SESP-RO, residente e domiciliado(a) em Rua Rio Branco, nº 3.674,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NUCELY HIDALGO, brasileira, divorciado(a), técnica em enfermagem, inscrito(a) no CPF nº 340.564.242-68, portador(a) do RG nº 205.286-SSP-RO, residente e domiciliado(a) em Avenida Juscelino Kubitschek, nº 1.144, Bairro Novo Horizonte,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NILDO PEREIRA DE ARAUJO, brasileiro, casado(a), agricultor, inscrito(a) no CPF nº 421.038.512-34, portador(a) do RG nº 325.106-SESP-RO, residente e domiciliado(a) em Linha 11, Lote 06, Gleba 11,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NEIDE HIDALGO RAMOS, brasileira, viuvo(a), do lar, inscrito(a) no CPF nº 288.684.802-63, portador(a) do RG nº 112.778-SSDC-RO, residente e domiciliado(a) em Avenida Juscelino Kubitscheck, nº 1.150, Bairro Novo Horizonte,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NEIBI KELLY DE CARVALHO ARAUJO SANTANA, brasileira, casado(a), do lar, inscrito(a) no CPF nº 892.080.642-04, portador(a) do RG nº 1.000.366-SESDEC-RO, residente e domiciliado(a) em Rua dos Pioneiros, nº 3.725,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MAXWELL FERNANDO DE CARVALHO ARAUJO, brasileiro, casado(a), policial militar, inscrito(a) no CPF nº 003.275.432-99, portador(a) do RG nº 1.063.159-SSDC-RO, residente e domiciliado(a) em Avenida das Comunicações, nº 3.930, Condomínio Villa Flora, Teixeirão,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ERISVALDO HIDALGO RAMOS, brasileiro, solteiro(a), pensionista, inscrito(a) no CPF nº 735.915.052-34, portador(a) do RG nº 574.039-SSP-RO, residente e domiciliado(a) em Avenida Paraná, nº 135, Bairro Novo Horizonte,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NEIRI SONARIA HIDALGO RAMOS, brasileira, divorciado(a), gerente administrativa, inscrito(a) no CPF nº 732.536.502-00, portador(a) do RG nº 782.163-SESP-RO, residente e domiciliado(a) em Rua Diamantes, Bairro Bom Futuro,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JUVENAL PEREIRA DE ARAÚJO, brasileiro, casado(a), aposentado, inscrito(a) no CPF nº 089.685.353-53, portador(a) do RG nº 35.887/665-ASSP, residente e domiciliado(a) em Linha 71,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NIVALDO PEREIRA DE ARAÚJO, brasileiro, separado(a) judicialmente, agricultor, inscrito(a) no CPF nº 204.572.272-42, portador(a) do RG nº 198.542-SESDC-RO,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06, GLEBA 11, S.T. GY-PARANÁ, P.I.C. GY-PARANÁ, Município de Cacoal/RO, código INCRA/SNCR nº 001.040.028.002-4, matrícula nº 1.789,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NIZETE HIDALGO DE ARAÚJO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NUCELY HIDALGO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NILDO PEREIRA DE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NEIDE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NEIBI KELLY DE CARVALHO ARAUJO SANTANA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MAXWELL FERNANDO DE CARVALHO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ERISVALDO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NEIRI SONARIA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JUVENAL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NIVALDO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