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NEIDE HIDALGO RAMOS, inscrita no CPF sob o nº 283.684.802-63, titular do imóvel rural "LOTE 06, GLEBA 11,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NEIDE HIDALGO RAMOS</w:t>
      </w:r>
    </w:p>
    <w:p>
      <w:r>
        <w:t>CPF: 283.684.802-63</w:t>
      </w:r>
    </w:p>
    <w:p>
      <w:r>
        <w:t>Domicílio: Cacaol/RO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