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NIZETE HIDALGO DE ARAÚJO OLIVEIRA, inscrita no CPF sob o nº 341.148.402-06, proprietária do imóvel rural denominado "LOTE 06, GLEBA 11, S.T. GY-PARANÁ, P.I.C. GY-PARANÁ", com área de 101.0836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NIZETE HIDALGO DE ARAÚJO OLIVEIRA</w:t>
      </w:r>
    </w:p>
    <w:p>
      <w:r>
        <w:t>CPF: 341.148.402-06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