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BENTO BONFA, brasileiro, inscrito no CPF sob o nº 143.004.942-15, residente e domiciliado em Cacoal/RO, vem, respeitosamente, à presença de Vossas Senhorias, solicitar a ANÁLISE E APROVAÇÃO do Cadastro Ambiental Rural — CAR referente ao imóvel rural denominado "LOTE 56-A, GLEBA 09, S.T. IPOCYSSARA, P.F. CORUMBARA", com área de 33.88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