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0"/>
        <w:jc w:val="both"/>
      </w:pPr>
      <w:r>
        <w:rPr>
          <w:b/>
          <w:sz w:val="24"/>
        </w:rPr>
        <w:t>TEREZA FRANCISCA DINIZ BRAZ</w:t>
      </w:r>
      <w:r>
        <w:rPr>
          <w:b w:val="0"/>
          <w:sz w:val="24"/>
        </w:rPr>
        <w:t>, brasileira, Solteira, agricultora, portadora do CI.RG nº 794.922-SESP-RO, inscrita no CPF/MF nº 750.314.502-15, que declara, sob as penas da Lei, não ter convivência pública em união estável, nos termos do art. 1.723 e seguintes do Código Civil Brasileiro, residente e domiciliada na Linha 09, Lote 56, Gleba 09, Cacoal, RO, declarando não possuir endereço eletrônico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proprietários do imóvel rural denominado </w:t>
      </w:r>
      <w:r>
        <w:rPr>
          <w:b/>
          <w:sz w:val="24"/>
        </w:rPr>
        <w:t>LOTE 56 (REM.), GLEBA 09, S.T. IPOCYSSARA, P.F. CORUMBIARA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001.066.022.764-0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41.367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23.1509 hectares</w:t>
      </w:r>
      <w:r>
        <w:rPr>
          <w:b w:val="0"/>
          <w:sz w:val="24"/>
        </w:rPr>
        <w:t xml:space="preserve"> (vinte e três hectares, quinze ares e nove centiares).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LEONARDO ALVES PIRES DA SILVA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56-B, GLEBA 09, S.T. CASTRO ALVES, P.F. CORUMBIARA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001.066.022.764-0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41.301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10.7863 hectares</w:t>
      </w:r>
      <w:r>
        <w:rPr>
          <w:b w:val="0"/>
          <w:sz w:val="24"/>
        </w:rPr>
        <w:t xml:space="preserve"> (dez hectares e sete mil e oitocentos e sessenta e três metros quadrados), certificado pelo Sistema de Gestão Fundiária (SIGEF) sob o código </w:t>
      </w:r>
      <w:r>
        <w:rPr>
          <w:b/>
          <w:sz w:val="24"/>
        </w:rPr>
        <w:t>0d8468ba-8287-43d0-bda4-367ed30eac0e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56-B, GLEBA 09, S.T. CASTRO ALVES, P.F. CORUMBIARA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both"/>
      </w:pPr>
      <w:r>
        <w:rPr>
          <w:b w:val="0"/>
          <w:sz w:val="24"/>
        </w:rPr>
        <w:t>Cacoal/RO, 3 de agosto de 2026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TEREZA FRANCISCA DINIZ BRAZ</w:t>
      </w:r>
    </w:p>
    <w:p>
      <w:pPr>
        <w:spacing w:after="0" w:before="0"/>
        <w:jc w:val="center"/>
      </w:pPr>
      <w:r>
        <w:rPr>
          <w:b w:val="0"/>
          <w:sz w:val="24"/>
        </w:rPr>
        <w:t>Proprietária do imóvel confrontante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2320268500504256 - RO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0"/>
        <w:jc w:val="both"/>
      </w:pPr>
      <w:r>
        <w:rPr>
          <w:b/>
          <w:sz w:val="24"/>
        </w:rPr>
        <w:t>BENTO BONFA</w:t>
      </w:r>
      <w:r>
        <w:rPr>
          <w:b w:val="0"/>
          <w:sz w:val="24"/>
        </w:rPr>
        <w:t xml:space="preserve">, brasileiro, Solteiro, lavrador, portador do CI.RG nº 131.535-SSP-RO, inscrito no CPF/MF nº 143.004.942-15, casado pelo regime de Comunhão Parcial de Bens, com </w:t>
      </w:r>
      <w:r>
        <w:rPr>
          <w:b/>
          <w:sz w:val="24"/>
        </w:rPr>
        <w:t>GERALDINA ROSA BONFÁ</w:t>
      </w:r>
      <w:r>
        <w:rPr>
          <w:b w:val="0"/>
          <w:sz w:val="24"/>
        </w:rPr>
        <w:t>, inscrita no CPF/MF nº 752.168.252-15, residente e domiciliado na Linha 09, Gleba 09, Lote 56, Cacoal/RO, declarando não possuir endereço eletrônico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proprietários do imóvel rural denominado </w:t>
      </w:r>
      <w:r>
        <w:rPr>
          <w:b/>
          <w:sz w:val="24"/>
        </w:rPr>
        <w:t>LOTE 56-A, GLEBA 09, S.T. IPOCYSSARA, P.F. CORUMBIARA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190.233.714-0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36.032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33.88 hectares</w:t>
      </w:r>
      <w:r>
        <w:rPr>
          <w:b w:val="0"/>
          <w:sz w:val="24"/>
        </w:rPr>
        <w:t xml:space="preserve"> (33,8800 ha (Trinta e três hectares e oitenta e oito ares)).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LEONARDO ALVES PIRES DA SILVA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56-B, GLEBA 09, S.T. CASTRO ALVES, P.F. CORUMBIARA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001.066.022.764-0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41.301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10.7863 hectares</w:t>
      </w:r>
      <w:r>
        <w:rPr>
          <w:b w:val="0"/>
          <w:sz w:val="24"/>
        </w:rPr>
        <w:t xml:space="preserve"> (dez hectares e sete mil e oitocentos e sessenta e três metros quadrados), certificado pelo Sistema de Gestão Fundiária (SIGEF) sob o código </w:t>
      </w:r>
      <w:r>
        <w:rPr>
          <w:b/>
          <w:sz w:val="24"/>
        </w:rPr>
        <w:t>0d8468ba-8287-43d0-bda4-367ed30eac0e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56-B, GLEBA 09, S.T. CASTRO ALVES, P.F. CORUMBIARA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both"/>
      </w:pPr>
      <w:r>
        <w:rPr>
          <w:b w:val="0"/>
          <w:sz w:val="24"/>
        </w:rPr>
        <w:t>Cacoal/RO, 3 de agosto de 2026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BENTO BONFA</w:t>
      </w:r>
    </w:p>
    <w:p>
      <w:pPr>
        <w:spacing w:after="0" w:before="0"/>
        <w:jc w:val="center"/>
      </w:pPr>
      <w:r>
        <w:rPr>
          <w:b w:val="0"/>
          <w:sz w:val="24"/>
        </w:rPr>
        <w:t>Proprietário do imóvel confrontante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GERALDINA ROSA BONFÁ</w:t>
      </w:r>
    </w:p>
    <w:p>
      <w:pPr>
        <w:spacing w:after="0" w:before="0"/>
        <w:jc w:val="center"/>
      </w:pPr>
      <w:r>
        <w:rPr>
          <w:b w:val="0"/>
          <w:sz w:val="24"/>
        </w:rPr>
        <w:t>Cônjuge — Proprietária do imóvel confrontante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2320268500504256 - RO</w:t>
      </w:r>
    </w:p>
    <w:p>
      <w:r>
        <w:br w:type="page"/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