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56-B, GLEBA 09, S.T. CASTRO ALVES,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41.301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12,1000 ha (doze hectares e dez 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12,0580 ha (doze hectares, cinco ares e oitenta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d9233d37-22c1-432d-a400-e40b48469511</w:t>
      </w:r>
      <w:r>
        <w:rPr>
          <w:b w:val="0"/>
          <w:sz w:val="24"/>
        </w:rPr>
        <w:t xml:space="preserve"> (Código do Imóvel Rural nº 95107214143-70), para tal trabalho fora recolhida a Anotação de Responsabilidade Técnica (ART) nº </w:t>
      </w:r>
      <w:r>
        <w:rPr>
          <w:b/>
          <w:sz w:val="24"/>
        </w:rPr>
        <w:t>2320268500521448 - 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58, Gleba 09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56 (Remanescente), Gleba 09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56 (Remanescente), Gleba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56 (Remanescente), Gleba 09 e Lote 51, Gleba 09, separado pela estrada vicinal Linha 09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58-(REM.), GLEBA 09, Castro Alves, Setor Ipocyssara — Mat. 47.681 (CNS: 09.624-8)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56-(REM.), GLEBA 09, Castro Alves, Setor Ipocyssara — Mat. 41.367 (CNS: 09.624-8)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56-(REM.), GLEBA 09, Castro Alves, Setor Ipocyssara — Mat. 41.367 (CNS: 09.624-8)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56-(REM.), GLEBA 09, Castro Alves, Setor Ipocyssara — Mat. 41.367 (CNS: 09.624-8); Estrada Vicinal Linha-09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58,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58-(REM.), GLEBA 09, Castro Alves, Setor Ipocyssara — Mat. 47.681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 (Remanescente),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56-(REM.), GLEBA 09, Castro Alves, Setor Ipocyssara — Mat. 41.367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 (Remanescente),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56-(REM.), GLEBA 09, Castro Alves, Setor Ipocyssara — Mat. 41.367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 (Remanescente), Gleba 09 e Lote 51, Gleba 09, separado pela estrada vicinal Linha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56-(REM.), GLEBA 09, Castro Alves, Setor Ipocyssara — Mat. 41.367 (CNS: 09.624-8); 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0,042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0,35%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