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ROBERTO,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LT86GL08-GY,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ROBERTO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