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Lote 56-C, Gleba 09, Castro Alves, Setor Ipocyssara, Projeto Fundiário Corumbiara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41.366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1º Ofício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 w:val="0"/>
          <w:sz w:val="24"/>
        </w:rPr>
        <w:t>, brasileiro(a),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11,0509 ha (onze hectares, cinco ares e nove centiares)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12,058 ha (doze hectares, cinco ares e oitenta centiares)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9510802805773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7cd99834-08c1-4422-bc42-2dcd7e84c6eb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2320268500503864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