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41.366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10,7863 ha (dez hectares, setenta e oito ares e sessenta e três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b73d80ba-9096-46a3-b229-d3ef73ac24a7</w:t>
      </w:r>
      <w:r>
        <w:rPr>
          <w:b w:val="0"/>
          <w:sz w:val="24"/>
        </w:rPr>
        <w:t xml:space="preserve"> (Código do Imóvel Rural nº 9510802805773), para tal trabalho fora recolhida a Anotação de Responsabilidade Técnica (ART) nº </w:t>
      </w:r>
      <w:r>
        <w:rPr>
          <w:b/>
          <w:sz w:val="24"/>
        </w:rPr>
        <w:t>2320268500521459 - 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56 Remanescente, da Gleba 09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71, da Gleba 10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56-A da Gleba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51, da Gleba 09, separado pela Estrada Vicinal Linha 09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56-(REM.), Gleba 09, Castro Alves, Setor Ipocyssara (Mat. 41.367)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73, Gleba 10, Castro Alves, Setor Ipocyssara (Mat. 5.878)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56-A, Gleba 09, Castro Alves, Setor Ipocyssara (Mat. 36.032)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Estrada Vicinal Linha-09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 Remanescente,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56-(REM.), Gleba 09, Castro Alves, Setor Ipocyssara (Mat. 41.367)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71, da Gleba 10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73, Gleba 10, Castro Alves, Setor Ipocyssara (Mat. 5.878)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56-A da Gleba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56-A, Gleba 09, Castro Alves, Setor Ipocyssara (Mat. 36.032)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51, da Gleba 09, separado pela Estrada Vicinal Linha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0,2646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2,39%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