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ELIS JOSÉ BRAZ, brasileiro(a), casado(a), lavrador, inscrito(a) no CPF nº 612.696.462-49, portador(a) do RG nº 596.651-SSP-RO, residente e domiciliado(a) em Linha 09, Lote 76, Gleba 09,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56-C, Gleba 09, Castro Alves, Setor Ipocyssara, Projeto Fundiário Corumbiara, Município de Cacoal/RO, código INCRA/SNCR nº 9510802805773, matrícula nº 41.366,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ELIS JOSÉ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