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ELIS JOSÉ BRAZ , brasileiro, inscrito no CPF sob o nº 612.696.462-49, residente e domiciliado em Cacoal/RO, vem, respeitosamente, à presença de Vossas Senhorias, solicitar a ANÁLISE E APROVAÇÃO do Cadastro Ambiental Rural — CAR referente ao imóvel rural denominado "Lote 56-C, Gleba 09, Castro Alves, Setor Ipocyssara, Projeto Fundiário Corumbiara", com área de 10.7863 hectares, localizado no município de Cacoal/RO CCIR nº 951.080.280.577-3,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