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ELIS JOSÉ BRAZ , inscrito no CPF sob o nº 612.696.462-49, proprietário do imóvel rural denominado "Lote 56-C, Gleba 09, Castro Alves, Setor Ipocyssara, Projeto Fundiário Corumbiara", com área de 12.058 hectares, localizado no município de Cacoal/RO,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 xml:space="preserve">ELIS JOSÉ BRAZ </w:t>
      </w:r>
    </w:p>
    <w:p>
      <w:r>
        <w:t>CPF: 612.696.462-49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