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GILBERTO NEUMAUM</w:t>
      </w:r>
      <w:r>
        <w:rPr>
          <w:b w:val="0"/>
          <w:sz w:val="24"/>
        </w:rPr>
        <w:t xml:space="preserve">, brasileiro, Casado, agricultor, portador do CI.RG nº 622.063-SESP-RO, inscrito no CPF/MF nº 605.931.722-72, filho de Dejair Telles de Almeida e Zilda Alexandre, casado pelo regime de Comunhão Parcial de Bens na vigência da Lei nº 6.515/77, com </w:t>
      </w:r>
      <w:r>
        <w:rPr>
          <w:b/>
          <w:sz w:val="24"/>
        </w:rPr>
        <w:t>LURDES ALEXANDRE DE ALMEIDA NEUMAUM</w:t>
      </w:r>
      <w:r>
        <w:rPr>
          <w:b w:val="0"/>
          <w:sz w:val="24"/>
        </w:rPr>
        <w:t>, inscrita no CPF/MF nº 799.564.402-72, residente e domiciliado na Linha 09, Lote 14, Gleba 09,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ROBSON ALVES DE OLIVEIRA NEUMAUM</w:t>
      </w:r>
      <w:r>
        <w:rPr>
          <w:b w:val="0"/>
          <w:sz w:val="24"/>
        </w:rPr>
        <w:t xml:space="preserve">, brasileiro, Casado, consultor de vendas, portador do CI.RG nº 1.115.515-SESDC-RO, inscrito no CPF/MF nº 000.157.822-71, filho de Arnaldo Neumann e Ana Sulti Neumann, casado pelo regime de Comunhão Parcial de Bens na vigência da Lei nº 6.515/77, com </w:t>
      </w:r>
      <w:r>
        <w:rPr>
          <w:b/>
          <w:sz w:val="24"/>
        </w:rPr>
        <w:t>SIRLENE NEUMAUM ALVES DE OLIVEIRA</w:t>
      </w:r>
      <w:r>
        <w:rPr>
          <w:b w:val="0"/>
          <w:sz w:val="24"/>
        </w:rPr>
        <w:t>, inscrita no CPF/MF nº 795.886.622-49, residente e domiciliado na Linha 09, Lote 89, Gleba 08,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14-D, GLEBA 09,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43.127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851.102.352.062-5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2320268500466861-RO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814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814"/>
          </w:tcPr>
          <w:p>
            <w:r>
              <w:rPr>
                <w:sz w:val="18"/>
              </w:rPr>
              <w:t>GILBERTO NEUMAUM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5,0001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5,3824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67,3891%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+0,3823</w:t>
            </w:r>
          </w:p>
        </w:tc>
      </w:tr>
      <w:tr>
        <w:tc>
          <w:tcPr>
            <w:tcW w:type="dxa" w:w="1814"/>
          </w:tcPr>
          <w:p>
            <w:r>
              <w:rPr>
                <w:sz w:val="18"/>
              </w:rPr>
              <w:t>ROBSON ALVES DE OLIVEIRA NEUMAUM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2,4197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2,6046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32,6109%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+0,1849</w:t>
            </w:r>
          </w:p>
        </w:tc>
      </w:tr>
      <w:tr>
        <w:tc>
          <w:tcPr>
            <w:tcW w:type="dxa" w:w="1814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7,4198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7,9870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+0,5672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O rateio foi apurado com precisão de centiares; o resíduo de arredondamento, de um centiar (1 m²), foi ajustado no quinhão de GILBERTO NEUMAUM, de modo que a soma das frações corresponda exatamente à área total georreferenciada.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0,0126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R$ 62.107,15 (sessenta e dois mil e cento e sete reais e quinze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R$ 78.443,36 (setenta e oito mil e quatrocentos e quarenta e três reais e trinta e seis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eb9d50bc-b5e7-4d76-95fd-8f62b883f64c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2975709420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13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GILBERTO NEUMAUM</w:t>
      </w:r>
    </w:p>
    <w:p>
      <w:pPr>
        <w:spacing w:after="0" w:before="0"/>
        <w:jc w:val="center"/>
      </w:pPr>
      <w:r>
        <w:rPr>
          <w:b w:val="0"/>
          <w:sz w:val="24"/>
        </w:rPr>
        <w:t>CPF: 605.931.722-72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LURDES ALEXANDRE DE ALMEIDA NEUMAUM</w:t>
      </w:r>
    </w:p>
    <w:p>
      <w:pPr>
        <w:spacing w:after="0" w:before="0"/>
        <w:jc w:val="center"/>
      </w:pPr>
      <w:r>
        <w:rPr>
          <w:b w:val="0"/>
          <w:sz w:val="24"/>
        </w:rPr>
        <w:t>CPF: 799.564.402-72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ROBSON ALVES DE OLIVEIRA NEUMAUM</w:t>
      </w:r>
    </w:p>
    <w:p>
      <w:pPr>
        <w:spacing w:after="0" w:before="0"/>
        <w:jc w:val="center"/>
      </w:pPr>
      <w:r>
        <w:rPr>
          <w:b w:val="0"/>
          <w:sz w:val="24"/>
        </w:rPr>
        <w:t>CPF: 000.157.822-71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SIRLENE NEUMAUM ALVES DE OLIVEIRA</w:t>
      </w:r>
    </w:p>
    <w:p>
      <w:pPr>
        <w:spacing w:after="0" w:before="0"/>
        <w:jc w:val="center"/>
      </w:pPr>
      <w:r>
        <w:rPr>
          <w:b w:val="0"/>
          <w:sz w:val="24"/>
        </w:rPr>
        <w:t>CPF: 795.886.622-49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2320268500466861-RO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