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GILBERTO NEUMAUM</w:t>
      </w:r>
      <w:r>
        <w:rPr>
          <w:b w:val="0"/>
          <w:sz w:val="24"/>
        </w:rPr>
        <w:t xml:space="preserve">, brasileiro, Casado, agricultor, portador do CI.RG nº 622.063-SESP-RO, inscrito no CPF/MF nº 605.931.722-72, filho de Dejair Telles de Almeida e Zilda Alexandre, casado pelo regime de Comunhão Parcial de Bens na vigência da Lei nº 6.515/77, com </w:t>
      </w:r>
      <w:r>
        <w:rPr>
          <w:b/>
          <w:sz w:val="24"/>
        </w:rPr>
        <w:t>LURDES ALEXANDRE DE ALMEIDA NEUMAUM</w:t>
      </w:r>
      <w:r>
        <w:rPr>
          <w:b w:val="0"/>
          <w:sz w:val="24"/>
        </w:rPr>
        <w:t>, portadora do CI.RG nº __________, inscrita no CPF/MF nº 799.564.402-72, filha de __________ e __________, residente e domiciliado na Linha 09, Lote 14, Gleba 09,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ROBSON ALVES DE OLIVEIRA NEUMAUM</w:t>
      </w:r>
      <w:r>
        <w:rPr>
          <w:b w:val="0"/>
          <w:sz w:val="24"/>
        </w:rPr>
        <w:t xml:space="preserve">, brasileiro, Casado, consultor de vendas, portador do CI.RG nº 1.115.515-SESDC-RO, inscrito no CPF/MF nº 000.157.822-71, filho de Arnaldo Neumann e Ana Sulti Neumann, casado pelo regime de Comunhão Parcial de Bens na vigência da Lei nº 6.515/77, com </w:t>
      </w:r>
      <w:r>
        <w:rPr>
          <w:b/>
          <w:sz w:val="24"/>
        </w:rPr>
        <w:t>SIRLENE NEUMAUM ALVES DE OLIVEIRA</w:t>
      </w:r>
      <w:r>
        <w:rPr>
          <w:b w:val="0"/>
          <w:sz w:val="24"/>
        </w:rPr>
        <w:t>, portadora do CI.RG nº __________, inscrita no CPF/MF nº 795.886.622-49, filha de __________ e __________, residente e domiciliado na Linha 09, Lote 89, Gleba 08,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14-D, GLEBA 09,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43.127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851.102.352.062-5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2320268500466861-RO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GILBERTO NEUMAUM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67,3891%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5,0000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5,3824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67,3891%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+0,3824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ROBSON ALVES DE OLIVEIRA NEUMAUM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32,6109%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2,4196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2,6046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32,6109%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+0,1850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7,4196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7,9870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+0,5674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Atenção: as áreas cadastradas dos condôminos somam 7,4196 ha, mas a área original da matrícula é 7,9996 ha — confira as áreas (ou a fração ideal) de cada condômino no cadastro. O rateio foi apurado com precisão de centiares; o resíduo de arredondamento, de um centiar (1 m²), foi ajustado no quinhão de GILBERTO NEUMAUM, de modo que a soma das frações corresponda exatamente à área total georreferenciada.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0,0126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0,16%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R$ 62.107,15 (sessenta e dois mil e cento e sete reais e quinze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R$ 78.443,36 (setenta e oito mil e quatrocentos e quarenta e três reais e trinta e seis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eb9d50bc-b5e7-4d76-95fd-8f62b883f64c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2975709420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7,9996 ha (sete hectares, noventa e nove ares e noventa e seis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7,987 ha (sete hectares, noventa e oito ares e setenta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13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GILBERTO NEUMAUM</w:t>
      </w:r>
    </w:p>
    <w:p>
      <w:pPr>
        <w:spacing w:after="0" w:before="0"/>
        <w:jc w:val="center"/>
      </w:pPr>
      <w:r>
        <w:rPr>
          <w:b w:val="0"/>
          <w:sz w:val="24"/>
        </w:rPr>
        <w:t>CPF: 605.931.722-72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LURDES ALEXANDRE DE ALMEIDA NEUMAUM</w:t>
      </w:r>
    </w:p>
    <w:p>
      <w:pPr>
        <w:spacing w:after="0" w:before="0"/>
        <w:jc w:val="center"/>
      </w:pPr>
      <w:r>
        <w:rPr>
          <w:b w:val="0"/>
          <w:sz w:val="24"/>
        </w:rPr>
        <w:t>CPF: 799.564.402-72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ROBSON ALVES DE OLIVEIRA NEUMAUM</w:t>
      </w:r>
    </w:p>
    <w:p>
      <w:pPr>
        <w:spacing w:after="0" w:before="0"/>
        <w:jc w:val="center"/>
      </w:pPr>
      <w:r>
        <w:rPr>
          <w:b w:val="0"/>
          <w:sz w:val="24"/>
        </w:rPr>
        <w:t>CPF: 000.157.822-71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SIRLENE NEUMAUM ALVES DE OLIVEIRA</w:t>
      </w:r>
    </w:p>
    <w:p>
      <w:pPr>
        <w:spacing w:after="0" w:before="0"/>
        <w:jc w:val="center"/>
      </w:pPr>
      <w:r>
        <w:rPr>
          <w:b w:val="0"/>
          <w:sz w:val="24"/>
        </w:rPr>
        <w:t>CPF: 795.886.622-49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2320268500466861-RO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