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14-D, GLEBA 09,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43.127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eb9d50bc-b5e7-4d76-95fd-8f62b883f64c</w:t>
      </w:r>
      <w:r>
        <w:rPr>
          <w:b w:val="0"/>
          <w:sz w:val="24"/>
        </w:rPr>
        <w:t xml:space="preserve"> (Código do Imóvel Rural nº 951.102.355.062-5), para tal trabalho fora recolhida a Anotação de Responsabilidade Técnica (ART) nº </w:t>
      </w:r>
      <w:r>
        <w:rPr>
          <w:b/>
          <w:sz w:val="24"/>
        </w:rPr>
        <w:t>2320268500466861-RO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14-C, da Gleba 09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 Remanescente, da Gleba 09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14 Remanescente, da Gleba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95, da Gleba 08, separados por uma estrada vicinal linha-09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14-C, GLEBA 09, SETOR GY-PARANÁ, P.I.C. GY-PARANÁ (Matrícula 43.126)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 (REM.), GLEBA 09, SETOR GY-PARANÁ, P.I.C. GY-PARANÁ (Matrícula 43.130)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ESTRADA VICINAL LINHA-09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14 (REM.), GLEBA 09, SETOR GY-PARANÁ, P.I.C. GY-PARANÁ (Matrícula 43.130)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14-C,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14-C, GLEBA 09, SETOR GY-PARANÁ, P.I.C. GY-PARANÁ (Matrícula 43.126)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Remanescente,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(REM.), GLEBA 09, SETOR GY-PARANÁ, P.I.C. GY-PARANÁ (Matrícula 43.130)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Remanescente,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95, da Gleba 08, separados por uma 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 (REM.), GLEBA 09, SETOR GY-PARANÁ, P.I.C. GY-PARANÁ (Matrícula 43.130)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0,0%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31 de julho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