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ROBSON ALVES DE OLIVEIRA NEUMAM, brasileiro(a), inscrito(a) no CPF nº 000.157.822-71.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14-D, GLEBA 09, S.T. GY-PARANÁ, P.I.C. GY-PARANÁ, Município de Cacoal/RO, código INCRA/SNCR nº 9511023550625, CIB/NIRF nº 9457004-3, matrícula nº 43.127, de propriedade/posse do(s) OUTORGANTE(S).</w:t>
      </w:r>
    </w:p>
    <w:p/>
    <w:p>
      <w:pPr>
        <w:jc w:val="right"/>
      </w:pPr>
      <w:r>
        <w:t>Cacoal/RO, 23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ROBSON ALVES DE OLIVEIRA NEUMAM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