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GILBERTO NEUMAUM, inscrito no CPF sob o nº 605.931.722-72, residente em Cacoal/RO, interessado no processo de regularização ambiental referente ao imóvel "LOTE 14-D, GLEBA 09,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GILBERTO NEUMAUM</w:t>
        <w:br/>
        <w:t xml:space="preserve">    CPF:            605.931.722-72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GILBERTO NEUMAUM</w:t>
      </w:r>
    </w:p>
    <w:p>
      <w:r>
        <w:t>CPF: 605.931.722-72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