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GILBERTO NEUMAUM, inscrito no CPF sob o nº 605.931.722-72, proprietário do imóvel rural denominado "LOTE 14-D,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