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ROBSON ALVES DE OLIVEIRA NEUMAM, inscrito no CPF sob o nº 000.157.822-71, titular do imóvel rural "LOTE 14-D, GLEBA 09,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ROBSON ALVES DE OLIVEIRA NEUMAM</w:t>
      </w:r>
    </w:p>
    <w:p>
      <w:r>
        <w:t>CPF: 000.157.822-71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