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GILBERTO NEUMAUM, inscrito no CPF sob o nº 605.931.722-72, proprietário do imóvel rural denominado "LOTE 14-D, GLEBA 09, S.T. GY-PARANÁ, P.I.C. GY-PARANÁ", com área de 7.987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GILBERTO NEUMAUM</w:t>
      </w:r>
    </w:p>
    <w:p>
      <w:r>
        <w:t>CPF: 605.931.722-72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