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MILTON ALVES DOS SANTOS, brasileiro, casado(a), inscrito(a) no CPF nº 281.261.261-34, portador(a) do RG nº 964.655-MT, residente e domiciliado(a) em Avenida Afonso Pena, nº 2788, Cacoal, Rondônia.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45-B-2, GLEBA 06, S.T. CACOAL, Município de Cacoal/RO, matrícula nº 8.954, de propriedade/posse do(s) OUTORGANTE(S).</w:t>
      </w:r>
    </w:p>
    <w:p/>
    <w:p>
      <w:pPr>
        <w:jc w:val="right"/>
      </w:pPr>
      <w:r>
        <w:t>Cacoal/RO, 18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MILTON ALVES DOS SANTOS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