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MILTON ALVES DOS SANTOS, brasileiro, inscrito no CPF sob o nº 281.261.261-34, residente e domiciliado em Cacoal/RO, vem, respeitosamente, à presença de Vossas Senhorias, solicitar a ANÁLISE E APROVAÇÃO do Cadastro Ambiental Rural — CAR referente ao imóvel rural denominado "LOTE 45-B-2, GLEBA 06, S.T. CACOAL", com área de 39.854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