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TEREZA FRANCISCA DINIZ BRAZ, brasileiro(a), inscrito(a) no CPF nº 750.314.502-15, residente e domiciliado(a) em RUA DOS PIONEIROS, 5225,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 (REM.), GLEBA 09, S.T. IPOCYSSARA, P.F. CORUMBIARA, Município de Cacoal/RO, código INCRA/SNCR nº 001.066.022.764-0, matrícula nº 41.367,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TEREZA FRANCISCA DINIZ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