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56 (REM.), GLEBA 09,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41.367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23,1509 ha (vinte e três hectares, quinze ares e nove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22,9464 ha (vinte e dois hectares, noventa e quatro ares e sessenta e quatro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50a131a1-beb2-4aed-a92d-caef8ebbcfbe</w:t>
      </w:r>
      <w:r>
        <w:rPr>
          <w:b w:val="0"/>
          <w:sz w:val="24"/>
        </w:rPr>
        <w:t xml:space="preserve"> (Código do Imóvel Rural nº 001.066.022.764-0), para tal trabalho fora recolhida a Anotação de Responsabilidade Técnica (ART) nº </w:t>
      </w:r>
      <w:r>
        <w:rPr>
          <w:b/>
          <w:sz w:val="24"/>
        </w:rPr>
        <w:t>2320268500505191 - 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Lotes 58 e 56-B da Gleba 09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Lotes 73 e 71 da Gleba 10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56-C da Gleba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56-B da Gleba 09 e Lote 51 da Gleba 09, separado pela Estrada Vicinal Linha 09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56-C, GLEBA 09, S.T. IPOCYSSARA, P.F. CORUMBIARA (Matrícula nº 41.366)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—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56-B, GLEBA 09, S.T. IPOCYSSARA, P.F. CORUMBIARA (Matrícula nº 41.301)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—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58 e 56-B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56-C, GLEBA 09, S.T. IPOCYSSARA, P.F. CORUMBIARA (Matrícula nº 41.366)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73 e 71 da Gleba 10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56-C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56-B, GLEBA 09, S.T. IPOCYSSARA, P.F. CORUMBIARA (Matrícula nº 41.301)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56-B da Gleba 09 e Lote 51 da Gleba 09, separado pela Estrada Vicinal Linha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0,2045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0,88%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4 de agosto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