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TEREZA FRANCISCA DINIZ BRAZ, inscrita no CPF sob o nº 750.314.502-15, residente em Cacoal/RO, interessada no processo de regularização ambiental referente ao imóvel "LOTE 56- (REM.), GLEBA 09,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TEREZA FRANCISCA DINIZ BRAZ</w:t>
        <w:br/>
        <w:t xml:space="preserve">    CPF:            750.314.502-15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TEREZA FRANCISCA DINIZ BRAZ</w:t>
      </w:r>
    </w:p>
    <w:p>
      <w:r>
        <w:t>CPF: 750.314.502-15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